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המטבעות והשטרות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כמה אגורות יש בשקל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פשוטים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200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שקלים הוא מטבע ולא 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שחצי שקל זה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10 שקלים הוא מטבע, השטר הקטן ביותר הוא 20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מטבע של 10 אגורות, לא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בין סוג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(200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(½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גודל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½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מטבע של 5 שקלים, שטר של 100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לדעת לשלם נכון בחנות ולא לטעות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100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עגול וקטן, שטר הוא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מהרשימה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אמיתיים או מצולמים כדי להמחיש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שמטבע ושטר הם שני סוגים שונים של כסף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בישראל יש מטבעות ושטרות בערכים שונים. בדף הזה נלמד להכיר אותם ולהבין את הקשר בין אגורות לשקלים.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אגורות יש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שווה 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מטבע הוא הכי קטן בערך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שטר הוא הכי גדול בערך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מטבעות של שקל אחד צריך בשביל 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אגורות שוות ל-1 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יש שטר של 5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שקל שווה ל-50 אגורות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השטר הכי קטן בישראל הוא 10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מטבע של 20 אגורות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100 __________ שוות לשקל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חצי שקל שווה ל-__________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משתמשים ב-__________ של 20, 50, 100 ו-200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ה-__________ הם עגולים וקטנים, כמו 1 ₪ או 5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השטר הכי גדול בישראל הוא 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בין סוג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½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לפי גודל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½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אגורות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מטבע אחד ושם של שטר אחד שראיתם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להכיר את הכסף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אגורות בשקל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מטבע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את הכסף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