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המטבעות והשטרות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200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5 שקלים הוא מטבע ולא 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בדף שחצי שקל זה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10 שקלים הוא מטבע, השטר הקטן ביותר הוא 20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מטבע של 10 אגורות, לא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5. 200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בין סוג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(5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(50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(200 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(½ 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גודל הערך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½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200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מטבע של 5 שקלים, שטר של 100 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לשלם נכון בחנות ולא לטעות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עגול וקטן, שטר הוא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נכונה מהרשימה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ושטרות אמיתיים או מצולמים כדי להמחיש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לפני הכתיבה, במיוחד עם 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ההבנה שמטבע ושטר הם שני סוגים שונים של כסף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את הכסף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בישראל יש כסף. יש מטבעות קטנים ויש שטרות גדולים. נלמד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מַטְבֵּעַ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עגול וקטן, כמו 1 ₪ או 5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שְׁטָר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נייר, כמו 20 ₪ או 100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אֲגוֹרָה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מהשקל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שֶׁקֶל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הכסף של מדינת ישראל, 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חֵצִי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אחד משניים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עֵרֶךְ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הכסף שווה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אגורות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חצי שקל זה כמה אגורות?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שטר?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הכי קטן?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הכי 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200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פעמים שקל כדי לקבל 5 שקלים?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יש שטר של 5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שקל שווה ל-50 אגורות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השטר הכי קטן בישראל הוא 10 שקלים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מטבע של 20 אגורות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100 __________ שוות לשקל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חצי שקל שווה ל-__________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משתמשים ב-__________ של 20, 50, 100 ו-200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ה-__________ הם עגולים וקטנים, כמו 1 ₪ או 5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השטר הכי גדול בישראל הוא __________ שקלים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בין סוג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½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200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5 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50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גודל הערך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200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½ 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10 אגורות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 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שם של מטבע אחד ושם של שטר אחד שראיתם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כדאי להכיר את הכסף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אגורות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מטבע לשטר?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מטבע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את הכסף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