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המטבעות והשטרות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שקלים הוא מטבע ולא שטר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שטרות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בין סוג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גודל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½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מטבע של 5 שקלים, שטר של 100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 וקטן, שטר הוא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מצולמים כדי להמחיש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שמטבע ושטר הם שני סוגים שונים של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בישראל יש מטבעות ושטרות בערכים שונים. בדף הזה נלמד להכיר אותם ולהבין את הקשר בין אגורות לשקלים.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שטרות  ·  50  ·  אגורות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אגורות יש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שווה 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יש שטר של 5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100 __________ שוות לשקל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חצי שקל שווה ל-__________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בישראל משתמשים ב-__________ של 20, 50, 100 ו-200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בין סוג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200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לפי גודל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½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מטבע אחד ושם של שטר אחד שראיתם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אגורות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